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INFORME MENSUAL DEL SUBSECTOR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Resume en una página el avance del subsector y deja el semáforo a la vista de la Sesión del Comité.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una vez al mes, con el semáforo de avance del mapeo. Solo para quienes representan o subrogan.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el representante, con el subrogante.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PERÍODO Y REUNIÓN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Período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Mes y año.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Reunión del subsector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Fecha, lugar y cuántas personas asistieron.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SEMÁFORO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143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COLOR</w:t>
            </w:r>
          </w:p>
        </w:tc>
        <w:tc>
          <w:tcPr>
            <w:tcW w:type="dxa" w:w="6436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SIGNIFICA</w:t>
            </w:r>
          </w:p>
        </w:tc>
        <w:tc>
          <w:tcPr>
            <w:tcW w:type="dxa" w:w="143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MARCA</w:t>
            </w:r>
          </w:p>
        </w:tc>
      </w:tr>
      <w:tr>
        <w:trPr>
          <w:cantSplit/>
        </w:trPr>
        <w:tc>
          <w:tcPr>
            <w:tcW w:type="dxa" w:w="1430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Verde</w:t>
            </w:r>
          </w:p>
        </w:tc>
        <w:tc>
          <w:tcPr>
            <w:tcW w:type="dxa" w:w="643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5 o más empresas o iniciativas registradas en el mapeo del subsector.</w:t>
            </w:r>
          </w:p>
        </w:tc>
        <w:tc>
          <w:tcPr>
            <w:tcW w:type="dxa" w:w="1430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1430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Amarillo</w:t>
            </w:r>
          </w:p>
        </w:tc>
        <w:tc>
          <w:tcPr>
            <w:tcW w:type="dxa" w:w="6436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3 o 4 registradas: el mapeo está en marcha.</w:t>
            </w:r>
          </w:p>
        </w:tc>
        <w:tc>
          <w:tcPr>
            <w:tcW w:type="dxa" w:w="1430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1430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Rojo</w:t>
            </w:r>
          </w:p>
        </w:tc>
        <w:tc>
          <w:tcPr>
            <w:tcW w:type="dxa" w:w="643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De 0 a 2 registradas. Se conversa en la Sesión del Comité para ver cómo ayudar.</w:t>
            </w:r>
          </w:p>
        </w:tc>
        <w:tc>
          <w:tcPr>
            <w:tcW w:type="dxa" w:w="1430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AVANCE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Mapeo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Cuántas empresas formalizadas, iniciativas en ejecución y creadores emergentes hay registrados.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Necesidades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Fichas de necesidad listas o en preparación.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Comisiones y alianzas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En cuáles participa y qué se avanzó.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Lo que se hizo este mes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Tres líneas.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Próximos pasos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se hará y para cuándo.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Apoyo que se necesita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De la Sesión del Comité o del equipo organizador.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