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FICHA DE PROYECTO EN ALIANZA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Ordena una idea de proyecto entre subsectores y prepara una postulación coordinada a un fondo o convocatoria.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cuando una comisión o dos subsectores deciden armar un proyecto.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la comisión de Proyectos y propuestas, o los subsectores que lo impulsan.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EL PROYECTO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Nombre del proyecto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Una frase corta.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Necesidad que responde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Ficha de necesidad de origen.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Objetivo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se quiere lograr.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Resultados esperados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cambia para el sector si se logra.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SUBSECTORES QUE PARTICIPAN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649"/>
        <w:gridCol w:w="4649"/>
      </w:tblGrid>
      <w:tr>
        <w:trPr>
          <w:tblHeader/>
        </w:trPr>
        <w:tc>
          <w:tcPr>
            <w:tcW w:type="dxa" w:w="464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SUBSECTORES</w:t>
            </w:r>
          </w:p>
        </w:tc>
        <w:tc>
          <w:tcPr>
            <w:tcW w:type="dxa" w:w="464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</w:r>
          </w:p>
        </w:tc>
      </w:tr>
      <w:tr>
        <w:trPr>
          <w:cantSplit/>
        </w:trPr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Artes visuales</w:t>
            </w:r>
          </w:p>
        </w:tc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Videojuegos</w:t>
            </w:r>
          </w:p>
        </w:tc>
      </w:tr>
      <w:tr>
        <w:trPr>
          <w:cantSplit/>
        </w:trPr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Artesanía y patrimonio</w:t>
            </w:r>
          </w:p>
        </w:tc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Animación</w:t>
            </w:r>
          </w:p>
        </w:tc>
      </w:tr>
      <w:tr>
        <w:trPr>
          <w:cantSplit/>
        </w:trPr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Artes escénicas</w:t>
            </w:r>
          </w:p>
        </w:tc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Arquitectura</w:t>
            </w:r>
          </w:p>
        </w:tc>
      </w:tr>
      <w:tr>
        <w:trPr>
          <w:cantSplit/>
        </w:trPr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Música</w:t>
            </w:r>
          </w:p>
        </w:tc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Diseño</w:t>
            </w:r>
          </w:p>
        </w:tc>
      </w:tr>
      <w:tr>
        <w:trPr>
          <w:cantSplit/>
        </w:trPr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Editorial, artes literarias y libro</w:t>
            </w:r>
          </w:p>
        </w:tc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Moda</w:t>
            </w:r>
          </w:p>
        </w:tc>
      </w:tr>
      <w:tr>
        <w:trPr>
          <w:cantSplit/>
        </w:trPr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Ilustración y narrativa gráfica</w:t>
            </w:r>
          </w:p>
        </w:tc>
        <w:tc>
          <w:tcPr>
            <w:tcW w:type="dxa" w:w="464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Publicidad y servicios creativos</w:t>
            </w:r>
          </w:p>
        </w:tc>
      </w:tr>
      <w:tr>
        <w:trPr>
          <w:cantSplit/>
        </w:trPr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Audiovisual</w:t>
            </w:r>
          </w:p>
        </w:tc>
        <w:tc>
          <w:tcPr>
            <w:tcW w:type="dxa" w:w="464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☐  Educación en ámbitos creativos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LA ALIANZA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Organizaciones que lideran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Nombre, subsector y rol.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Aliados necesarios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Quién más hace falta y qué aportaría.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Roles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Quién hace qué.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FINANCIAMIENTO Y PLAZOS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Instrumento al que se postula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FONDART, CORFO, SERCOTEC, ProChile, Gobierno Regional u otro.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Fechas de la convocatoria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Apertura, cierre y resultados.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Presupuesto estimado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Monto total y aporte propio.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Riesgos y cómo se cuidan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Qué podría fallar y qué se hará.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REVISIÓN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98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QUIÉN</w:t>
            </w:r>
          </w:p>
        </w:tc>
        <w:tc>
          <w:tcPr>
            <w:tcW w:type="dxa" w:w="4316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NOMBRE</w:t>
            </w:r>
          </w:p>
        </w:tc>
        <w:tc>
          <w:tcPr>
            <w:tcW w:type="dxa" w:w="1992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cantSplit/>
          <w:trHeight w:val="623" w:hRule="atLeast"/>
        </w:trPr>
        <w:tc>
          <w:tcPr>
            <w:tcW w:type="dxa" w:w="298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Quien presenta</w:t>
            </w:r>
          </w:p>
        </w:tc>
        <w:tc>
          <w:tcPr>
            <w:tcW w:type="dxa" w:w="4316"/>
          </w:tcPr>
          <w:p>
            <w:pPr>
              <w:spacing w:after="40" w:line="276" w:lineRule="auto"/>
            </w:pPr>
          </w:p>
        </w:tc>
        <w:tc>
          <w:tcPr>
            <w:tcW w:type="dxa" w:w="1992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623" w:hRule="atLeast"/>
        </w:trPr>
        <w:tc>
          <w:tcPr>
            <w:tcW w:type="dxa" w:w="298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Sesión del Comité</w:t>
            </w:r>
          </w:p>
        </w:tc>
        <w:tc>
          <w:tcPr>
            <w:tcW w:type="dxa" w:w="4316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992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